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יום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12 זכויות הילד וארבע המשפחות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דרך סיפורים על ילדים וזכויותיהם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זכות לאחריות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ביטוי דעה מכבד בדילמות ובבניית אמנת 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מהי זכות? היכרות עם 12 הזכויות וארבע המשפחות – זוכרים את המשפחות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הישרדות ובריאות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הזכות לפרטיות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הזכות להביע דעה ולהישמע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12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מהי זכות? היכרות עם 12 הזכויות וארבע המשפחות – מתאימים זכות למשפחה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(הישרדות ובריאות)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(הגנה)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(התפתחות)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(השתתפות)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(השתתפות)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מהי זכות? היכרות עם 12 הזכויות וארבע המשפחות – חושבים על הזכויות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למשל: קריאת ספר, ציור או משחק בהפסקה – כל דוגמה המתאימה למשפחת ההתפתחות מתקבלת.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יש סוגים שונים של דברים שילדים צריכים – לחיות בבטחה, להיות מוגנים, לגדול וללמוד, ולהשמיע את קולם. החלוקה עוזרת להבין ולזכור את כל הזכויות בצורה מסודרת.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פתוחה, למשל: אם ילד בסכנה, חשוב לספר למבוגר אחראי גם אם זו פגיעה מסוימת בפרטיות, כי ההגנה חשובה יותר.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זכות מהגנה שומרת על הילד מפני פגיעה, וזכות מהשתתפות נותנת לילד מקום להביע דעה ולהישמע.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קוראים ומבינים: סיפורים על זכויות ילדים – זוכרים את הסיפורים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עם שתי אמהות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השביל לפינה עובר במדרגות ובחול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עם משפחה אומנת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קוראים ומבינים: סיפורים על זכויות ילדים – מבינים את הסיפורים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בתחילת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יואב חטף את המחברת בלי לבקש רשות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קוראים ומבינים: סיפורים על זכויות ילדים – מילים ופרטים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תחזיר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קוראים ומבינים: סיפורים על זכויות ילדים – מתאימים דמות לסיפור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(רוצה להציע משחק אבל מתבייש להגיד)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(המחברת הפרטית שלו נחטפה בהפסקה)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(הקימה את צוות הפינה)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(מתנייד בכיסא גלגלים)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זכות מול אחריות: צורך או רצון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בלי מים ואוכל אי אפשר לחיות ולגדול בריא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ממתק נעים לקבל, אבל הוא לא הכרחי לחיים ולבריאות – הוא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זכות מתוך משפחת הישרדות ובריאות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זכות היא דבר הכרחי שמגיע לכולם; רצון הוא משהו נעים שלא כל ילד חייב לקבל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זכות מול אחריות: צורך או רצון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(לבקש רשות לפני שמצלמים או משתפים תמונה)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(לא לפגוע במילים, במעשים או ברשת)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(לתת לכל אחד ללמוד בשקט בכיתה)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(לשתף חברים במשחק בהפסקה)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(להקשיב עד הסוף לפני שמגיבים)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זכות מול אחריות: צורך או רצון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הזכות למשחק – האחריות שלי היא לשתף חברים במשחק ולא להשאיר אף אחד בצד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מים הכרחיים כדי לחיות ולהיות בריאים; מתנה יקרה נעימה אבל אפשר לחיות גם בלעדיה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זה רצון – טלפון חדש לא הכרחי לחיים ולבריאות, גם אם נעים לקבל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למשל: אנחנו שומרים על שקט כדי שלכל אחד תהיה הזכות ללמוד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דילמות ושיחה: פרטיות, השתתפות ושוויון – מה זוכרים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חטף את המחברת של סהר והראה לכולם את הציורים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הזכות לפרטיות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מדרגות ומשטח חול בשביל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דילמות ושיחה: פרטיות, השתתפות ושוויון – מתאימים ומשלימים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הזכות לשוויון היא אחת מ-12 הזכויות, ואוסרת אפליה של ילדים.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לכל ילד וילדה יש זכות להגיד מה הם חושבים – ושיקשיבו להם.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דילמות ושיחה: פרטיות, השתתפות ושוויון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(הזכות לפרטיות)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(הזכות לשוויון (נגישות לכולם))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(הזכות להביע דעה ולהישמע)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ד (השתתפות בהחלטות)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דילמות ושיחה: פרטיות, השתתפות ושוויון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שוויון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בונים אמנת כיתה – מה זוכרים מהתהליך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בתהליך בניית האמנה.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כלל נכנס כשרוב הכיתה מסכים, ומי שלא מסכים מוזמן להסביר.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נהוג בתהליך ההצבעה על האמנה.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השלב האחרון בבניית האמנה.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בונים אמנת כיתה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גוף ראשון רבים – אנחנו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מצביעים ומחליטים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בונים אמנת כיתה – כלל ומשפחת זכויות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(הישרדות ובריאות)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(הגנה)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(התפתחות)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(השתתפות)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בונים אמנת כיתה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אנחנו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חותמים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חזרה ומשחק: תפזורת, תשבץ וכרטיס יציאה – השלמת מילים מהזכויות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חינוך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פרטיות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שוויון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זכויות הילד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חזרה ומשחק: תפזורת, תשבץ וכרטיס יציאה – התאמה לקראת תשבץ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(לשחק, לנוח ולבלות עם חברים)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(שם משלי, ולדעת מי אני)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(אסור שיפגעו בי בגוף או במילים)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(כללים שהכיתה בונה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(12 קלפים, שולפים ומדברים עליהם)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ציון דוגמה מדויקת מתוך אחת מארבע המשפחות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הגיוני המראה הבנה שזכות מחייבת גם התחשבות באחרים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כמו מחנכת, יועצת או מבוגר אחראי שסומכים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כמה שיעורים סביב 20 בנובמבר, פרק אחד בכל מפגש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לכיתות א׳–ב׳ מומלץ להקריא את הסיפור בקול ולהוסיף ניקוד במילים 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בחט״ב כדאי להרחיב את פרק הדילמות לדיון כיתתי על פרטיות ברשת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לקראת סיום החוברת אפשר להשתמש בכרטיס היציאה כדי לבדוק מה נשאר פתוח לשיעור הבא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יום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בכל פרק יש קריאה קצרה ואחריה משימות. אפשר לפתור לבד או בזוגות, ולדבר יחד על השאלות שאין להן תשובה אחת.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מהי זכות? היכרות עם 12 הזכויות וארבע המשפחות – זוכרים את המשפחות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לאיזו משפחה שייכת הזכות לחיים ולבריאות?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הישרדות ובריאות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זכות שייכת למשפחת ההגנה?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הזכות לפרטיות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הזכות למשחק ולמנוחה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הזכות לחינוך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הזכות לשוויון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זכות שייכת למשפחת ההשתתפות?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הזכות לבית ולמשפחה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הזכות להביע דעה ולהישמע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הזכות לביטחון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הזכות לשם ולזהות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זכויות שונות מופיעות בעמוד הזכויות, מחולקות לארבע משפחות?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14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מהי זכות? היכרות עם 12 הזכויות וארבע המשפחות – מתאימים זכות למשפחה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הזכות לשם ולזהות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הגנה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הזכות להיות ילד – בלי עבודה מזיקה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הישרדות ובריאות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הזכות לתרבות, ליצירה ולמידע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השתתפות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הזכות לשוויון – בלי אפליה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התפתחות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הזכות לשפה, לתרבות ולמסורת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השתתפות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מהי זכות? היכרות עם 12 הזכויות וארבע המשפחות – חושבים על הזכויות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זכות אחת ממשפחת ההתפתחות וכתבו דוגמה מהחיים שלכם למצב שבה השתמשתם 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חשוב לחלק את הזכויות לארבע משפחות שונות.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מצב שבו שתי זכויות יכולות להתנגש, למשל זכות לפרטיות מול זכות להגנה. מה הייתם עושים?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משפט שמסביר את ההבדל בין זכות ממשפחת ההגנה לזכות ממשפחת ההשתתפות.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קוראים ומבינים: סיפורים על זכויות ילדים – זוכרים את הסיפורים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עם מי גר איתן?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עם שתי אמהות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עם 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עם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עם משפחה אומנת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עידו תמיד נשאר ליד הדלת בהפסקה?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לא אוהב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השביל לפינה עובר במדרגות ובחול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המורה לא נתנה לו לצאת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לו חברים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עם מי ענבל גרה?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עם הורים ביולוגיים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עם משפחה אומנת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עם סבתא וסבא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 בפנימיה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קוראים ומבינים: סיפורים על זכויות ילדים – מבינים את הסיפורים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סהר מצייר במחברת שלו דרקונים, חלליות וגם את החתול של השכנים.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יואב ביקש רשות מסהר לפני שפתח את המחברת 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קוראים ומבינים: סיפורים על זכויות ילדים – מילים ופרטים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בסיפור של איתן, __________ עזרה לו לשתף את הרעיון שלו בכיתה.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ריים אמרה ליואב: "זה לא שלך, __________ לו."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קוראים ומבינים: סיפורים על זכויות ילדים – מתאימים דמות לסיפור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איתן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הקימה את צוות הפינה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מתנייד בכיסא גלגלים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ענבל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המחברת הפרטית שלו נחטפה בהפסקה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עידו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רוצה להציע משחק אבל מתבייש להגיד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זכות מול אחריות: צורך או רצון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נקיים הם צורך בסיסי שמגיע לכל ילד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ממתק הוא צורך שחייבים לתת לכל ילד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ילד מגיע בית בטוח ומבוגרים שדואגים 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רצון של ילד הוא גם זכות כתובה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זכות מול אחריות: צורך או רצון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הזכות לפרטיות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לשתף חברים במשחק בהפסקה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הזכות לביטחון ולהגנה מפגיעה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לבקש רשות לפני שמצלמים או משתפים תמונה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הזכות לחינוך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להקשיב עד הסוף לפני שמגיבים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הזכות למשחק ולמנוחה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לא לפגוע במילים, במעשים או ברשת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הזכות להביע דעה ולהישמע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לתת לכל אחד ללמוד בשקט בכיתה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זכות מול אחריות: צורך או רצון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זכות אחת מתוך 12 הזכויות, וכתבו לידה אחריות אחת שאתם יכולים לקחת כדי שגם לילדים אחרים תהיה אותה זכות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בכמה מילים למה מים הם צורך, בעוד שמתנה יקרה היא רצון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דנה רוצה טלפון חדש כי לכולם בכיתה יש. האם זה צורך או רצון? 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משפט אחד לאמנת הכיתה שמחבר בין הזכות לחינוך לבין אחריות של התלמידים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דילמות ושיחה: פרטיות, השתתפות ושוויון – מה זוכרים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בסיפור 'המחברת של סהר', מה יואב עשה?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ציית לכללים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חטף את המחברת של סהר והראה לכולם את הציורים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עזר לסהר לצייר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קרא לסבתא רחל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זכות קשורה לכך שיש דברים שהם רק שלי, כמו יומן או תמונות?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הזכות לחינוך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הזכות לפרטיות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הזכות למשחק ולמנוחה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הזכות לשם ולזהות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בסיפור 'הפינה שכולם יכולים להגיע אליה', מה מנע מעידו להגיע לפינת המשחקים?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לא רצה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מדרגות ומשטח חול בשביל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המורה אסרה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היו לו חברים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דילמות ושיחה: פרטיות, השתתפות ושוויון – מתאימים ומשלימים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לשוויון אומרת שכל הילדים שווים, בלי קשר למוצא, מגדר או יכולת.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להביע דעה אומרת שרק מבוגרים מחליטים, וילדים צריכים רק להקשיב בשקט.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דילמות ושיחה: פרטיות, השתתפות ושוויון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סהר לא רצה שיואב יראה לכולם את הציורים שלו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הזכות להביע דעה ולהישמע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עידו לא יכול להגיע לפינת המשחקים בגלל מדרגות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הזכות לפרטיות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ליה שואלת את איתן מה דעתו, והוא מעז לדבר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הזכות לשוויון (נגישות לכולם)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ענבל, יוסף ודנה בודקים את הבעיה ומציגים הצעה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השתתפות בהחלטות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דילמות ושיחה: פרטיות, השתתפות ושוויון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בסיפור על עידו, ענבל, יוסף ודנה הקימו קבוצה שנקראה __________ הפינה.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ששולחים או מצלמים תמונה של מישהו, צריך קודם לבקש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הזכות ל__________ אומרת שאסור להפלות ילד בגלל מוצא, שפה או מוגבלות.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בונים אמנת כיתה – מה זוכרים מהתהליך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בבניית אמנת הכיתה, כל קבוצה בוחרת זכות אחת מתוך 12 הזכויות.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כלל נכנס לאמנה רק אם כל הכיתה מסכימה פה אחד, בלי יוצא מן הכלל.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שלא מסכים עם כלל מסוים מוזמן להסביר את דעתו.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שמחליטים על הכללים, חותמים על האמנה ותולים אותה בכיתה.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בונים אמנת כיתה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גוף כותבים את כללי האמנה?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 ראשון יחיד –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גוף ראשון רבים – אנחנו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גוף שני – אתה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גוף שלישי – הוא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כשקבוצה מציעה כלל חדש לאמנה?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כותבים אותו מיד בלי לבדוק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מצביעים ומחליטים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המורה בוחרת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זורקים אותו לפח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בונים אמנת כיתה – כלל ומשפחת זכויות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נשמור על הגוף שלנו ושל אחרים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הגנה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נספר למבוגר כשמישהו בסכנה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התפתחות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ניתן לכל אחד ללמוד בשקט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השתתפות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כל דעה מכובדת – גם כשלא מסכימים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הישרדות ובריאות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בונים אמנת כיתה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כלל באמנה כתוב בגוף ראשון רבים, למשל: "__________ נקשיב עד הסוף"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כלל נכנס לאמנה כש־__________ הכיתה מסכים איתו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אחרי שמחליטים על הכללים, __________ על האמנה ותולים אותה בכיתה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חזרה ומשחק: תפזורת, תשבץ וכרטיס יציאה – השלמת מילים מהזכויות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כל ילד זכאי ל__________ – ללמוד, לקרוא ולכתוב.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יש לי זכות ל__________ – דברים שהם רק שלי, כמו היומן שלי.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זכות ה__________ אומרת שכל הילדים שווים, בלי הבדל.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ב-20 בנובמבר מציינים את יום __________ הבינלאומי.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חזרה ומשחק: תפזורת, תשבץ וכרטיס יציאה – התאמה לקראת תשבץ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הזכות למשחק ולמנוחה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12 קלפים, שולפים ומדברים עליהם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הזכות לשם ולזהות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כללים שהכיתה בונה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הזכות לביטחון ולהגנה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שם משלי, ולדעת מי אני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אמנת 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לשחק, לנוח ולבלות עם חברים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קלפי הזכויות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אסור שיפגעו בי בגוף או במילים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לפרט לפחות שלוש זכויות מתוך 12 הזכויות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להסביר בדוגמה אחת את הקשר בין זכות לאחריות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לומר למי פונים כשזכות של ילד נפגעת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יום זכויות הילד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