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זכויות הילד וארבע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סיפורים על ילדים וזכויותיהם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דעה מכבד בדילמות ובבניית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זכות? היכרות עם 12 הזכויות וארבע המשפחות – זוכרים את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זכות? היכרות עם 12 הזכויות וארבע המשפחות – מתאימים זכות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זכות? היכרות עם 12 הזכויות וארבע המשפחות – חושבים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קריאת ספר, ציור או משחק בהפסקה – כל דוגמה המתאימה למשפחת ההתפתחות מתקבלת.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סוגים שונים של דברים שילדים צריכים – לחיות בבטחה, להיות מוגנים, לגדול וללמוד, ולהשמיע את קולם. החלוקה עוזרת להבין ולזכור את כל הזכויות בצורה מסודרת.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אם ילד בסכנה, חשוב לספר למבוגר אחראי גם אם זו פגיעה מסוימת בפרטיות, כי ההגנה חשובה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זכות מהגנה שומרת על הילד מפני פגיעה, וזכות מהשתתפות נותנת לילד מקום להביע דעה ולהישמע.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קוראים ומבינים: סיפורים על זכויות ילדים – זוכרים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השביל לפינה עובר במדרגות ובחול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 משפחה אומנת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ומבינים: סיפורים על זכויות ילדים – מבינים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יואב חטף את המחברת בלי לבקש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ומבינים: סיפורים על זכויות ילדים – מילים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ומבינים: סיפורים על זכויות ילדים – מתאימים 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(רוצה להציע משחק אבל מתבייש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(המחברת הפרטית שלו נחטפה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(הקימה את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(מתנייד בכיסא גלגלים)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אחריות: צורך או רצון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מים ואוכל אי אפשר לחיות ולגדול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 נעים לקבל, אבל הוא לא הכרחי לחיים ולבריאות –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זכות מתוך משפחת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זכות היא דבר הכרחי שמגיע לכולם; רצון הוא משהו נעים שלא כל ילד חייב לקבל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אחריות: צורך או רצון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לפגוע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לכל אחד ללמוד בשקט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(לשתף חברים במשחק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(להקשיב עד הסוף לפני שמגיבים)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אחריות: צורך או רצון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הזכות למשחק – האחריות שלי היא לשתף חברים במשחק ולא להשאיר אף אחד בצד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 הכרחיים כדי לחיות ולהיות בריאים; מתנה יקרה נעימה אבל אפשר לחיות גם בלעדיה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רצון – טלפון חדש לא הכרחי לחיים ולבריאות, גם אם נעים לקבל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אנחנו שומרים על שקט כדי שלכל אחד תהיה הזכות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ושיחה: פרטיות, השתתפות ושוויון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חטף את המחברת של סהר והראה לכולם את הציורים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מדרגות ומשטח חול בשביל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ושיחה: פרטיות, השתתפות ושוויון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לשוויון היא אחת מ-12 הזכויות, ואוסרת אפליה של ילדים.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וילדה יש זכות להגיד מה הם חושבים – ושיקשיבו 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ושיחה: פרטיות, השתתפות ושוויון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(הזכות לפרטיות)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(הזכות לשוויון (נגישות לכולם))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(הזכות 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(השתתפות בהחלטות)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 ושיחה: פרטיות, השתתפות ושוויון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אמנת כיתה – מה זוכרים מהתהליך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בתהליך בניית האמנה.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נכנס כשרוב הכיתה מסכים, ומי שלא מסכים מוזמן להסביר.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בתהליך ההצבעה על האמנה.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השלב האחרון בבניית האמנה.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גוף ראשון רבים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מצביעים ומחליטים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כלל ומשפחת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ומשחק: תפזורת, תשבץ וכרטיס יציאה – השלמת מילים מהזכויות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זכויות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ומשחק: תפזורת, תשבץ וכרטיס יציאה – התאמה לקראת 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(לשחק, לנוח ולבלות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משלי, ולדעת מי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(אסור שיפגעו בי בגוף או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(כללים שהכיתה בונה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(12 קלפים, שולפים ומדברים עליהם)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דוגמה מדויקת מתוך אחת מארבע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שזכות מחייבת גם התחשבות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מחנכת, יועצת או מבוגר אחראי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סביב 20 בנובמבר,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א׳–ב׳ מומלץ להקריא את הסיפור בקול ולהוסיף ניקוד במילים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כדאי להרחיב את פרק הדילמות לדיון כיתתי על פרטיות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להשתמש בכרטיס היציאה כדי לבדוק מה נשאר פתוח לשיעור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סיפור קצר ואחריו משימות קלות. עובדים לאט, שואלים אם לא מבינים.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בלי יוצא מן הכלל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עושה כדי לשמור על הזכות של עצמי ושל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 ובריאות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אוכל, מים, בית, טיפול רפואי, שם וזהות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מוגן מפגיעה, מהזנחה ומעבודה מסוכנת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ללמוד, לשחק, לנוח וליצור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דעה, להישמע ולהיות שווה בין שווים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בינלאומית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שקובע את זכויות הילדים בעולם, מ־1989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שהם רק שלי, כמו יומן או תמונות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שווים, בלי הבדל מוצא, מגדר או יכולת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קשה בלי תשובה אחת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זכות? היכרות עם 12 הזכויות וארבע המשפחות – זוכרים את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הזכות לחיים ולבריאות שייכת למשפחת...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זכות ממשפחת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זכות ממשפחת ההשתתפות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 ולהישמע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זכויות בסך הכול יש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זכות? היכרות עם 12 הזכויות וארבע המשפחות – מתאימים זכות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להיות ילד – בלי עבודה מזיקה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לתרבות, ליצירה ולמידע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 –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לשפה, לתרבות ולמסורת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זכות? היכרות עם 12 הזכויות וארבע המשפחות – חושבים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ממשפחת ההתפתחות וכתבו דוגמה מהחיים שלכם למצב שבה השתמשתם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לחלק את הזכויות לארבע משפחות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שתי זכויות יכולות להתנגש, למשל זכות לפרטיות מול זכות להגנה. מה הייתם עושים?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שמסביר את ההבדל בין זכות ממשפחת ההגנה לזכות ממשפחת ההשתתפות.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קוראים ומבינים: סיפורים על זכויות ילדים – זוכרים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איתן גר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הפריע לעידו להגיע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השביל לפינה עובר במדרגות ובחול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לא נתנה לו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ענבל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הורים ביולוגיים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סבתא וסבא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בפנימיה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ומבינים: סיפורים על זכויות ילדים – מבינים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מצייר במחברת שלו דרקונים, חלליות וגם את החתול של השכנים.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ביקש רשות מסהר לפני שפתח את המחברת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ומבינים: סיפורים על זכויות ילדים – מילים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של איתן, __________ עזרה לו לשתף את הרעיון שלו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ריים אמרה ליואב: "זה לא שלך, __________ לו."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ומבינים: סיפורים על זכויות ילדים – מתאימים 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מתנייד בכיסא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רוצה להציע משחק אבל מתבייש להגיד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המחברת הפרטית שלו נחטפה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הקימה את צוות הפינה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זכות מול אחריות: צורך או רצון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נקיים הם צורך בסיסי שמגיע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ממתק הוא צורך שחייבים לתת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מגיע בית בטוח ומבוגרים שדואגים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רצון של ילד הוא גם זכות כתובה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זכות מול אחריות: צורך או רצון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לפגוע במילים, במעשים או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רשות לפני שמצלמים או משתפים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לשתף חברים במשחק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להקשיב עד הסוף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לכל אחד ללמוד בשקט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זכות מול אחריות: צורך או רצון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הזכויות, וכתבו לידה אחריות אחת שאתם יכולים לקחת כדי שגם לילדים אחרים תהיה אותה זכות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בכמה מילים למה מים הם צורך, בעוד שמתנה יקרה היא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דנה רוצה טלפון חדש כי לכולם בכיתה יש. האם זה צורך או רצון?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לאמנת הכיתה שמחבר בין הזכות לחינוך לבין אחריות של התלמידים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דילמות ושיחה: פרטיות, השתתפות ושוויון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יואב עשה לסהר?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ציית לכללים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חטף את המחברת של סהר והראה לכולם את הציורים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 לסהר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 לסבתא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הזכות לשמור על דברים פרטיים?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עידו לא 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היו לו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 ושיחה: פרטיות, השתתפות ושוויון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שכל הילדים שווים, בלי קשר למוצא, מגדר או יכולת.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אומרת שרק מבוגרים מחליטים, וילדים צריכים רק להקשיב 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 ושיחה: פרטיות, השתתפות ושוויון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סהר לא רצה שיואב יראה לכולם את הציורים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לשוויון (נגישות לכולם)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עידו לא יכול להגיע לפינת המשחקים בגלל מדרגות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 בהחלטות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ליה שואלת את איתן מה דעתו, והוא מעז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הזכות לפרטיות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ענבל, יוסף ודנה בודקים את הבעיה ומציגים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הזכות להביע דעה ולהישמע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דילמות ושיחה: פרטיות, השתתפות ושוויון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על עידו, ענבל, יוסף ודנה הקימו קבוצה שנקראה __________ הפינה.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ששולחים או מצלמים תמונה של מישהו, צריך קודם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ל__________ אומרת שאסור להפלות ילד בגלל מוצא, שפה או מוגבלות.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אמנת כיתה – מה זוכרים מהתהליך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בבניית אמנת הכיתה, כל קבוצה בוחרת זכות אחת מתוך 12 הזכויות.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נכנס לאמנה רק אם כל הכיתה מסכימה פה אחד,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מסוים מוזמן להסביר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שמחליטים על הכללים, חותמים על האמנה ותולים אותה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אמנת כיתה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כותבים כלל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 –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רבים –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–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–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אחרי שמציעים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אותו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מצביעים ומחליטים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בוחרת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אותו לפח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אמנת כיתה – כלל ומשפחת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נשמור על הגוף שלנו ושל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נספר למבוגר כשמישהו בסכנה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דעה מכובדת – גם כשלא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אמנת כיתה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באמנה כתוב בגוף ראשון רבים, למשל: "__________ נקשיב עד הסוף"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נכנס לאמנה כש־__________ הכיתה מסכים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שמחליטים על הכללים, __________ על האמנה ותולים אותה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ומשחק: תפזורת, תשבץ וכרטיס יציאה – השלמת מילים מהזכויות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ילד זכאי ל__________ – ללמוד, לקרוא ולכתוב.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זכות ל__________ – דברים שהם רק שלי, כמו היומן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זכות ה__________ אומרת שכל הילדים שווים, בלי 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ב-20 בנובמבר מציינים את יום __________ הבינלאומי.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ומשחק: תפזורת, תשבץ וכרטיס יציאה – התאמה לקראת 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אסור שיפגעו בי בגוף או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כללים שהכיתה בונה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 ולהגנה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לשחק, לנוח ולבלות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אמנת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12 קלפים, שולפים ומדברים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קלפי הזכויות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משלי, ולדעת מי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שלוש זכויות מתוך 12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בדוגמה אחת את הקשר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לומר למי פונים כשזכות של ילד נפגעת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